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Nilkko Brewing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15:00-22:00 NilkkoFest 2019</w:t>
      </w:r>
    </w:p>
    <w:p>
      <w:r>
        <w:t>Paikallista olutta, ruokarekka, elävää musiikkia (Vital Organization, Red Rose &amp; Other Garden, Midnight Bullet) ja mukavia ihmisiä. Vapaa pääsy. K18.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