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>18:15-20:00 Tuletko kanssani: Kaj Chydenius 80v. juhlakonsertti 2.8.20189 klo 18.15</w:t>
      </w:r>
    </w:p>
    <w:p>
      <w:r>
        <w:t xml:space="preserve">- näyttelijät Oona Airola ja Leo Honkonen sekä </w:t>
        <w:br/>
        <w:br/>
        <w:t xml:space="preserve"> säveltäjämestari Kaj Chydenius esittävät Chydeniuksen suomalaisiin runoihin säveltämiä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