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>18:15-20:00 Totuus ja valhe Martti Suosalo ja kumppanit 3.8.2019 klo 18.15</w:t>
      </w:r>
    </w:p>
    <w:p>
      <w:r>
        <w:t xml:space="preserve">TOTUUS JA VALHE - Martti Suosalo ja kumppanit  esittävät Vladimir Vysotskin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