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Makasiinin Puoti &amp; Kahvila, Asematie 10</w:t>
      </w:r>
    </w:p>
    <w:p>
      <w:r>
        <w:t>9.8.2019 perjantai</w:t>
      </w:r>
    </w:p>
    <w:p>
      <w:pPr>
        <w:pStyle w:val="Heading1"/>
      </w:pPr>
      <w:r>
        <w:t>9.8.2019 perjantai</w:t>
      </w:r>
    </w:p>
    <w:p>
      <w:pPr>
        <w:pStyle w:val="Heading2"/>
      </w:pPr>
      <w:r>
        <w:t>17:15-22:00 Esa Eloranta konsertti (vapaa pääsy)</w:t>
      </w:r>
    </w:p>
    <w:p>
      <w:r>
        <w:t>Perjantaina 9.8 Makasiinilla esiintyy Esa Eloranta, vahva tulkitsija ja monipuolinen lauluntekijä.</w:t>
        <w:br/>
        <w:br/>
        <w:t xml:space="preserve">Vapaa pääsy. Baari auki.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