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Liikuntahalli Kisala Urheilutie1 Mäntyharju</w:t>
      </w:r>
    </w:p>
    <w:p>
      <w:r>
        <w:t>31.8.2019 lauantai</w:t>
      </w:r>
    </w:p>
    <w:p>
      <w:pPr>
        <w:pStyle w:val="Heading1"/>
      </w:pPr>
      <w:r>
        <w:t>31.8.2019 lauantai</w:t>
      </w:r>
    </w:p>
    <w:p>
      <w:pPr>
        <w:pStyle w:val="Heading2"/>
      </w:pPr>
      <w:r>
        <w:t>10:00-14:00 Hyvinvointimessut</w:t>
      </w:r>
    </w:p>
    <w:p>
      <w:r>
        <w:t>Hyvinvointimessuilta energinen alku syksyyn! Tule hakemaan vinkkejä liikunnan harrastamiseen, ravintoon, kauneuteen, pukeutumiseen ja yleiseen hyvi...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