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12.10.2019 lauantai</w:t>
      </w:r>
    </w:p>
    <w:p>
      <w:pPr>
        <w:pStyle w:val="Heading1"/>
      </w:pPr>
      <w:r>
        <w:t>12.10.2019 lauantai</w:t>
      </w:r>
    </w:p>
    <w:p>
      <w:pPr>
        <w:pStyle w:val="Heading2"/>
      </w:pPr>
      <w:r>
        <w:t>15:00-16:30 Roosa nauha -hyväntekeväisyyskonsertti</w:t>
      </w:r>
    </w:p>
    <w:p>
      <w:r>
        <w:t>Tenorissimon \"Kertokaa se hänelle\" -hyväntekeväisyyskonsertilla tuetaan Saimaan Syöpäyhdistyksen tuki -ja neuvontapalveluita. Käsiohjelma 15 € ovel...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