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21.9.2019 lauantai</w:t>
      </w:r>
    </w:p>
    <w:p>
      <w:pPr>
        <w:pStyle w:val="Heading1"/>
      </w:pPr>
      <w:r>
        <w:t>21.9.2019 lauantai</w:t>
      </w:r>
    </w:p>
    <w:p>
      <w:pPr>
        <w:pStyle w:val="Heading2"/>
      </w:pPr>
      <w:r>
        <w:t>08:00-14:00 Syysmarkkinat</w:t>
      </w:r>
    </w:p>
    <w:p>
      <w:r>
        <w:t>Perinteisillä syysmarkkinoilla tarjolla syksynsatoa ja mukavaa seuraa! Muutama toripaikka vapaana, varaa puh. 0400 732 771.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