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Halmela, Halmenmiementie 264, 52850 Halmeniemi</w:t>
      </w:r>
    </w:p>
    <w:p>
      <w:r>
        <w:t>22.2.2020 lauantai</w:t>
      </w:r>
    </w:p>
    <w:p>
      <w:pPr>
        <w:pStyle w:val="Heading1"/>
      </w:pPr>
      <w:r>
        <w:t>22.2.2020 lauantai</w:t>
      </w:r>
    </w:p>
    <w:p>
      <w:pPr>
        <w:pStyle w:val="Heading2"/>
      </w:pPr>
      <w:r>
        <w:t>12:00-12:00 Pelilauantai - perinteisiä pelejä ilman nörttäilyä.</w:t>
      </w:r>
    </w:p>
    <w:p>
      <w:r>
        <w:t>Rentoa ajanvietettä ja Hyvää seuraa! Tule talvilomaviikon lopettajaisiksi tai aloittajaisksi Halmeniemen kylän Halmela -talolle  pelaamaan perintei...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