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15.11.2019 perjantai</w:t>
      </w:r>
    </w:p>
    <w:p>
      <w:pPr>
        <w:pStyle w:val="Heading1"/>
      </w:pPr>
      <w:r>
        <w:t>15.11.2019 perjantai</w:t>
      </w:r>
    </w:p>
    <w:p>
      <w:pPr>
        <w:pStyle w:val="Heading2"/>
      </w:pPr>
      <w:r>
        <w:t>12:00-13:00 Lauletaan yhdessä toivelauluja</w:t>
      </w:r>
    </w:p>
    <w:p>
      <w:r>
        <w:t>Lauletaan yhdessä toivelauluja ja ikivihreitä muusikko Arto Kivekkään johdolla. Tilaisuus on avoin kaikille, vapaa pääsy. Järj. Mäntyharjun kulttuu...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