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Kärkipyörä, Liiketie 3</w:t>
      </w:r>
    </w:p>
    <w:p>
      <w:r>
        <w:t>13.12.2019 perjantai</w:t>
      </w:r>
    </w:p>
    <w:p>
      <w:pPr>
        <w:pStyle w:val="Heading1"/>
      </w:pPr>
      <w:r>
        <w:t>13.12.2019 perjantai</w:t>
      </w:r>
    </w:p>
    <w:p>
      <w:pPr>
        <w:pStyle w:val="Heading2"/>
      </w:pPr>
      <w:r>
        <w:t>10:00-14:00 Avoimet ampumakisat Laser-ampumahiihtokiväärillä perjantaina 13.12. klo 11-14</w:t>
      </w:r>
    </w:p>
    <w:p>
      <w:r>
        <w:t>Avoimet ampumakisat Laser-kiväärillä. Taulu on ampuamahiihtotaulu viidelllä reiällä, joissa jokaisessa on pisternkaat 1-10. Jokaisella ampujalla on...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