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Elokuvateatteri Kino</w:t>
      </w:r>
    </w:p>
    <w:p>
      <w:r>
        <w:t>30.7.2020 torstai</w:t>
      </w:r>
    </w:p>
    <w:p>
      <w:pPr>
        <w:pStyle w:val="Heading1"/>
      </w:pPr>
      <w:r>
        <w:t>30.7.2020-2.8.2020</w:t>
      </w:r>
    </w:p>
    <w:p>
      <w:pPr>
        <w:pStyle w:val="Heading2"/>
      </w:pPr>
      <w:r>
        <w:t>ILOKUVAFESTIVAALI 2020</w:t>
      </w:r>
    </w:p>
    <w:p>
      <w:r>
        <w:t>Hyvän mielen elokuviin, onnellisiin loppuihin ja kohottaviin tarinoihin panostava kulttuurifestivaali jo viidettä kertaa 30.7.-2.8.! Ohjelmisto jul...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