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Entinen Askeleen kenkätehdas, 4 krs. Pyhävedentie 20, Mäntyharju</w:t>
      </w:r>
    </w:p>
    <w:p>
      <w:r>
        <w:t>24.2.2020 maanantai</w:t>
      </w:r>
    </w:p>
    <w:p>
      <w:pPr>
        <w:pStyle w:val="Heading1"/>
      </w:pPr>
      <w:r>
        <w:t>24.2.2020-28.2.2020</w:t>
      </w:r>
    </w:p>
    <w:p>
      <w:pPr>
        <w:pStyle w:val="Heading2"/>
      </w:pPr>
      <w:r>
        <w:t>09:00-14:00 Lasten talviloman pajapäivät, päiväleiri</w:t>
      </w:r>
    </w:p>
    <w:p>
      <w:r>
        <w:t>Talviloman Pajapäivät koululaisten talvilomaviikolla 24.-28.2.2020 klo 9-14 alakoululaisille (ei eskarit).</w:t>
        <w:br/>
        <w:br/>
        <w:br/>
        <w:br/>
        <w:t>Pajapäivät on päiväleiri. Tukikohtana...</w:t>
      </w:r>
    </w:p>
    <w:p>
      <w:r>
        <w:t>Pajapäivien hinta on 5€/pv 4H-jäsenelle, muille 10€/pv, sisältää ohjatun toiminnan ja lounaan &amp; välipalan. Mahdollisesta uimahalliretkestä + 5€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