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1.8.2020 lauantai</w:t>
      </w:r>
    </w:p>
    <w:p>
      <w:pPr>
        <w:pStyle w:val="Heading1"/>
      </w:pPr>
      <w:r>
        <w:t>1.8.2020 lauantai</w:t>
      </w:r>
    </w:p>
    <w:p>
      <w:pPr>
        <w:pStyle w:val="Heading2"/>
      </w:pPr>
      <w:r>
        <w:t>03:00-03:00 MäntyFutis harrastefutisturnaus</w:t>
      </w:r>
    </w:p>
    <w:p>
      <w:r>
        <w:t>Mäntyharjussa yli 50 vuotta jatkuneen, puulaakin kautta Kuntofutikseen siirtyneen, potkupalloperinteen ylläpitäjä. Kahdeksan ensin ilmoittautunutta...</w:t>
      </w:r>
    </w:p>
    <w:p>
      <w:r>
        <w:t>80 e / joukkue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