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8.3.2020 sunnuntai</w:t>
      </w:r>
    </w:p>
    <w:p>
      <w:pPr>
        <w:pStyle w:val="Heading1"/>
      </w:pPr>
      <w:r>
        <w:t>8.3.2020 sunnuntai</w:t>
      </w:r>
    </w:p>
    <w:p>
      <w:pPr>
        <w:pStyle w:val="Heading2"/>
      </w:pPr>
      <w:r>
        <w:t>13:00-15:00 Juurihoito</w:t>
      </w:r>
    </w:p>
    <w:p>
      <w:r>
        <w:t>Miika Nousiaisen menestyskirjaan pohjautuva teatteriesitys Juurihoito. Näyttelijöinä Ismo Kotro ja Jarmo Mäkinen. Esityksen kesto 1 h 45 min, sis. ...</w:t>
      </w:r>
    </w:p>
    <w:p>
      <w:r>
        <w:t>20 euroa (vain käteinen), ennakkoon kirjastosta sekä ennen esitystä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