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Entinen Askeleen kenkätehdas, 4 krs. Pyhävedentie 20, Mäntyharju</w:t>
      </w:r>
    </w:p>
    <w:p>
      <w:r>
        <w:t>1.6.2020 maanantai</w:t>
      </w:r>
    </w:p>
    <w:p>
      <w:pPr>
        <w:pStyle w:val="Heading1"/>
      </w:pPr>
      <w:r>
        <w:t>1.6.2020-5.6.2020</w:t>
      </w:r>
    </w:p>
    <w:p>
      <w:pPr>
        <w:pStyle w:val="Heading2"/>
      </w:pPr>
      <w:r>
        <w:t>09:00-14:00 Pajapäivät, koululaisten päiväleiri</w:t>
      </w:r>
    </w:p>
    <w:p>
      <w:r>
        <w:t>Alakoululaisten (ei eskarit) päiväleiri kesäloman ensimmäisellä viikolla maanantaista perjantaihin klo 9-14. Päiväleirillä touhutaan yhdessä ulkona...</w:t>
      </w:r>
    </w:p>
    <w:p>
      <w:r>
        <w:t>5 euroa/pv/osallistuja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