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seurakunnan Youtube-kanava</w:t>
      </w:r>
    </w:p>
    <w:p>
      <w:r>
        <w:t>27.4.2020 maanantai</w:t>
      </w:r>
    </w:p>
    <w:p>
      <w:pPr>
        <w:pStyle w:val="Heading1"/>
      </w:pPr>
      <w:r>
        <w:t>27.4.2020 maanantai</w:t>
      </w:r>
    </w:p>
    <w:p>
      <w:pPr>
        <w:pStyle w:val="Heading2"/>
      </w:pPr>
      <w:r>
        <w:t>12:00-12:00 Veteraanipäivän konsertti verkossa</w:t>
      </w:r>
    </w:p>
    <w:p>
      <w:r>
        <w:t>Kansallisena veteraanipäivänä ma 27.4. ilmainen verkkokonsertti klo 15 alkaen Mäntyharjun seurakunnan Youtube-kanavalla. Katsottavissa tämän jälkee...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