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Vola-Golf</w:t>
      </w:r>
    </w:p>
    <w:p>
      <w:r>
        <w:t>6.6.2020 lauantai</w:t>
      </w:r>
    </w:p>
    <w:p>
      <w:pPr>
        <w:pStyle w:val="Heading1"/>
      </w:pPr>
      <w:r>
        <w:t>6.6.2020 lauantai</w:t>
      </w:r>
    </w:p>
    <w:p>
      <w:pPr>
        <w:pStyle w:val="Heading2"/>
      </w:pPr>
      <w:r>
        <w:t>10:00-15:00 Green card-kurssi</w:t>
      </w:r>
    </w:p>
    <w:p>
      <w:r>
        <w:t>Green card-kurssi, opettajana Jukka Ollilainen. Yhdenpäivän kurssi, jonka aikana opetetaan golfin perusteet ja annetaan ohjeet jatkoharjoittelulle.</w:t>
      </w:r>
    </w:p>
    <w:p>
      <w:r>
        <w:t>90 euroa/henkilö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