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Hartola Golf</w:t>
      </w:r>
    </w:p>
    <w:p>
      <w:r>
        <w:t>9.7.2020 torstai</w:t>
      </w:r>
    </w:p>
    <w:p>
      <w:pPr>
        <w:pStyle w:val="Heading1"/>
      </w:pPr>
      <w:r>
        <w:t>9.7.2020 torstai</w:t>
      </w:r>
    </w:p>
    <w:p>
      <w:pPr>
        <w:pStyle w:val="Heading2"/>
      </w:pPr>
      <w:r>
        <w:t>10:00-15:00 Vola-Open</w:t>
      </w:r>
    </w:p>
    <w:p>
      <w:r>
        <w:t>Golf-kilpailu Vola-Open Hartolan golfkentällä. Päivän aikana ratkotaan Mäntyharjun ja Pertunmaan golfmestarit.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