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16.8.2020 sunnuntai</w:t>
      </w:r>
    </w:p>
    <w:p>
      <w:pPr>
        <w:pStyle w:val="Heading1"/>
      </w:pPr>
      <w:r>
        <w:t>16.8.2020 sunnuntai</w:t>
      </w:r>
    </w:p>
    <w:p>
      <w:pPr>
        <w:pStyle w:val="Heading2"/>
      </w:pPr>
      <w:r>
        <w:t>12:00-12:00 TosiSatu - koko perheen improvisaatioesitys</w:t>
      </w:r>
    </w:p>
    <w:p>
      <w:r>
        <w:t>TosiSatu on lastenteatteriesitys, jossa tarinasta ja sen juonenkäänteistä päättävät lapset. Luvassa on yllätyksellinen ja aktiivinen teatterituokio...</w:t>
      </w:r>
    </w:p>
    <w:p>
      <w:r>
        <w:t xml:space="preserve">Liput: 15 € aikuiset, </w:t>
        <w:br/>
        <w:br/>
        <w:t xml:space="preserve">opiskelija/eläkeläinen/varusmies 12€, </w:t>
        <w:br/>
        <w:br/>
        <w:t>lapset (alle 15-vuotiaat) 10€</w:t>
        <w:br/>
        <w:br/>
        <w:t xml:space="preserve">Perhelippu (2 aikuista, 2 lasta) 45€ </w:t>
        <w:br/>
        <w:br/>
        <w:t>ennakkoon holvi.com/shop/snorkkeli tai ovelta puolituntia ennen esityksen alkua.</w:t>
        <w:br/>
        <w:br/>
        <w:t>Alle 3-vuotiaat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