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15.8.2020 lauantai</w:t>
      </w:r>
    </w:p>
    <w:p>
      <w:pPr>
        <w:pStyle w:val="Heading1"/>
      </w:pPr>
      <w:r>
        <w:t>15.8.2020 lauantai</w:t>
      </w:r>
    </w:p>
    <w:p>
      <w:pPr>
        <w:pStyle w:val="Heading2"/>
      </w:pPr>
      <w:r>
        <w:t>12:00-12:00 Yhden illan juttu - improvisoitua kesäteatteria</w:t>
      </w:r>
    </w:p>
    <w:p>
      <w:r>
        <w:t>Tämän kesäteatterinäytelmän käsikirjoituksesta päätät SINÄ!</w:t>
        <w:br/>
        <w:br/>
        <w:t>Yhden illan juttu on ainutlaatuinen teatteriesitys joka nimensä mukaisesti tapahtuu va...</w:t>
      </w:r>
    </w:p>
    <w:p>
      <w:r>
        <w:t>Liput: 20 € aikuiset, opiskelija/eläkeläinen/varusmies 18 €, lapset (alle 15-vuotiaat) 15 €</w:t>
        <w:br/>
        <w:br/>
        <w:t>Lipunmyynti ennakkoon: holvi.com/shop/snorkkeli</w:t>
        <w:br/>
        <w:br/>
        <w:t>Ovelta tuntia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