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18.6.2020 torstai</w:t>
      </w:r>
    </w:p>
    <w:p>
      <w:pPr>
        <w:pStyle w:val="Heading1"/>
      </w:pPr>
      <w:r>
        <w:t>18.6.2020 torstai</w:t>
      </w:r>
    </w:p>
    <w:p>
      <w:pPr>
        <w:pStyle w:val="Heading2"/>
      </w:pPr>
      <w:r>
        <w:t>17:30-17:50 REKO jakelu</w:t>
      </w:r>
    </w:p>
    <w:p>
      <w:r>
        <w:t xml:space="preserve">REKO:ssa asiakkaat tilaavat ruokaa suoraan lähituottajilta ilman välikäsiä! </w:t>
        <w:br/>
        <w:br/>
        <w:t>(Rejäl konsumtion  = Reilua kuluttamista)</w:t>
        <w:br/>
        <w:br/>
        <w:t>* Saat ostaa tuoretta ja p...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