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30.6.2020 tiistai</w:t>
      </w:r>
    </w:p>
    <w:p>
      <w:pPr>
        <w:pStyle w:val="Heading1"/>
      </w:pPr>
      <w:r>
        <w:t>30.6.2020 tiistai</w:t>
      </w:r>
    </w:p>
    <w:p>
      <w:pPr>
        <w:pStyle w:val="Heading2"/>
      </w:pPr>
      <w:r>
        <w:t>18:00-19:00 Kesäjumppa</w:t>
      </w:r>
    </w:p>
    <w:p>
      <w:r>
        <w:t>Tehokas kehonpainotreeni. Ota mukaan oma jumppa-alusta tai pyyhe maassa tehtäviä liikesarjoja varten.</w:t>
        <w:br/>
        <w:br/>
        <w:br/>
        <w:br/>
        <w:t>Ohjaaja: Anniina Termonen</w:t>
        <w:br/>
        <w:br/>
        <w:br/>
        <w:br/>
        <w:t>Lisätietoja: 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