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rantapuisto, Koulutie</w:t>
      </w:r>
    </w:p>
    <w:p>
      <w:r>
        <w:t>7.7.2020 tiistai</w:t>
      </w:r>
    </w:p>
    <w:p>
      <w:pPr>
        <w:pStyle w:val="Heading1"/>
      </w:pPr>
      <w:r>
        <w:t>7.7.2020 tiistai</w:t>
      </w:r>
    </w:p>
    <w:p>
      <w:pPr>
        <w:pStyle w:val="Heading2"/>
      </w:pPr>
      <w:r>
        <w:t>18:00-19:00 Kesäjumppa</w:t>
      </w:r>
    </w:p>
    <w:p>
      <w:r>
        <w:t>Heinäkuun teema 7.7.-21.7. Twerkkauksen alkeet.</w:t>
        <w:br/>
        <w:br/>
        <w:br/>
        <w:br/>
        <w:t>Ohjaaja: Saara Huopalainen</w:t>
        <w:br/>
        <w:br/>
        <w:br/>
        <w:br/>
        <w:t>Lisätietoja: www.virkistys.fi</w:t>
        <w:br/>
        <w:br/>
      </w:r>
    </w:p>
    <w:p>
      <w:r>
        <w:t>Kertamaksu: 6 €/jäsen, 9 €/muut (korttimaksu)</w:t>
        <w:br/>
        <w:br/>
        <w:t xml:space="preserve">10-kortti: 49 €/aikuinen, 45 €/eläkeläinen, 35 €/nuori (13-18 v.) </w:t>
        <w:br/>
        <w:br/>
        <w:t xml:space="preserve"> </w:t>
        <w:br/>
        <w:br/>
        <w:t xml:space="preserve">10-kortti vain jäsenille (MäVin jäsenmaksu 15 €/kalenterivuosi). </w:t>
        <w:br/>
        <w:br/>
        <w:br/>
        <w:br/>
        <w:t>Vastaanotamme: ePassi, EazyBreak, Edenred ja Smartum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