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21.7.2020 tiistai</w:t>
      </w:r>
    </w:p>
    <w:p>
      <w:pPr>
        <w:pStyle w:val="Heading1"/>
      </w:pPr>
      <w:r>
        <w:t>21.7.2020 tiistai</w:t>
      </w:r>
    </w:p>
    <w:p>
      <w:pPr>
        <w:pStyle w:val="Heading2"/>
      </w:pPr>
      <w:r>
        <w:t>18:00-19:00 Kesäjumppa</w:t>
      </w:r>
    </w:p>
    <w:p>
      <w:r>
        <w:t>Heinäkuun teema 7.7.-21.7. Twerkkauksen alkeet.</w:t>
        <w:br/>
        <w:br/>
        <w:br/>
        <w:br/>
        <w:t>Ohjaaja: Saara Huopalainen</w:t>
        <w:br/>
        <w:br/>
        <w:br/>
        <w:br/>
        <w:t>Lisätietoja: www.virkistys.fi</w:t>
        <w:br/>
        <w:br/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