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29.6.2020 maanantai</w:t>
      </w:r>
    </w:p>
    <w:p>
      <w:pPr>
        <w:pStyle w:val="Heading1"/>
      </w:pPr>
      <w:r>
        <w:t>29.6.2020 maanantai</w:t>
      </w:r>
    </w:p>
    <w:p>
      <w:pPr>
        <w:pStyle w:val="Heading2"/>
      </w:pPr>
      <w:r>
        <w:t>17:10-17:55 Kahvakuula</w:t>
      </w:r>
    </w:p>
    <w:p>
      <w:r>
        <w:t>Tehokas ja toiminnallinen kahvakuulatreeni. Käytettävissä on eri kokoisia kahvakuulia (4-16 kg). Halutessasi voit ottaa mukaan myös oman kahvakuula...</w:t>
      </w:r>
    </w:p>
    <w:p>
      <w:r>
        <w:t>Kertamaksu: 6 €/jäsen, 9 €/muut (korttimaksu)</w:t>
        <w:br/>
        <w:br/>
        <w:t xml:space="preserve">10-kortti: 49 €/aikuinen, 45 €/eläkeläinen, 35 €/nuori (13-18 v.) </w:t>
        <w:br/>
        <w:br/>
        <w:t xml:space="preserve"> </w:t>
        <w:br/>
        <w:br/>
        <w:t xml:space="preserve">10-kortti vain jäsenille (MäVin jäsenmaksu 15 €/kalenterivuosi). </w:t>
        <w:br/>
        <w:br/>
        <w:br/>
        <w:br/>
        <w:t>Vastaanotamme: ePassi, EazyBreak, Edenred ja Smartum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