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8.6.2020 maanantai</w:t>
      </w:r>
    </w:p>
    <w:p>
      <w:pPr>
        <w:pStyle w:val="Heading1"/>
      </w:pPr>
      <w:r>
        <w:t>8.6.2020-9.8.2020</w:t>
      </w:r>
    </w:p>
    <w:p>
      <w:pPr>
        <w:pStyle w:val="Heading2"/>
      </w:pPr>
      <w:r>
        <w:t>11:00-18:00 Taidekeskus Salmelan kuvataidenäyttely 2020</w:t>
      </w:r>
    </w:p>
    <w:p>
      <w:r>
        <w:t>Suomen suurimpiin festivaalehin kuuluvan Taidekeskus Salmelan kesän näyttelyssä mm. Miina Äkkijyrkä, Elina Försti, Veikko Myller, Tuomo Saali, Tiin...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