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26.6.2020 perjantai</w:t>
      </w:r>
    </w:p>
    <w:p>
      <w:pPr>
        <w:pStyle w:val="Heading1"/>
      </w:pPr>
      <w:r>
        <w:t>26.6.2020 perjantai</w:t>
      </w:r>
    </w:p>
    <w:p>
      <w:pPr>
        <w:pStyle w:val="Heading2"/>
      </w:pPr>
      <w:r>
        <w:t>18:00-19:00 MiniMenot: Heidi Pakarinen, Harri Lidsle, Matti Hussi</w:t>
      </w:r>
    </w:p>
    <w:p>
      <w:r>
        <w:t>Konsertin ohjelmistossa tuttua musiikkia vuosien varrelta. Tangokuningatar 2013 Heidi Pakarisen johdolla kuullaan reippaita valsseja, kiihkeää hump...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