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Nilkko Brewing</w:t>
      </w:r>
    </w:p>
    <w:p>
      <w:r>
        <w:t>3.7.2020 perjantai</w:t>
      </w:r>
    </w:p>
    <w:p>
      <w:pPr>
        <w:pStyle w:val="Heading1"/>
      </w:pPr>
      <w:r>
        <w:t>3.7.2020 perjantai</w:t>
      </w:r>
    </w:p>
    <w:p>
      <w:pPr>
        <w:pStyle w:val="Heading2"/>
      </w:pPr>
      <w:r>
        <w:t>19:00-20:30 MiniMenot: SIKAHAUSKA STAND UP – Panu Kärri ja Lauri Talikka</w:t>
      </w:r>
    </w:p>
    <w:p>
      <w:r>
        <w:t>Lappeenrantalaisen Sikahauska Stand Up klubin kyvyt saapuvat Mäntyharjuun. Panu Kärri on tehnyt komiikkaa 15 vuotta. Siinä ajassa ehtii mm. häviämä...</w:t>
      </w:r>
    </w:p>
    <w:p>
      <w:r>
        <w:t>Liput 5 €, sis. oluen tai alkoholittoman virvoitusjuoman. Lippuvaraukset ennakkoon Nilkon verkkokaupasta.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