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9.7.2020 torstai</w:t>
      </w:r>
    </w:p>
    <w:p>
      <w:pPr>
        <w:pStyle w:val="Heading1"/>
      </w:pPr>
      <w:r>
        <w:t>9.7.2020 torstai</w:t>
      </w:r>
    </w:p>
    <w:p>
      <w:pPr>
        <w:pStyle w:val="Heading2"/>
      </w:pPr>
      <w:r>
        <w:t>18:00-19:00 MiniMenot: Trubaduuri Tuomas Lehto</w:t>
      </w:r>
    </w:p>
    <w:p>
      <w:r>
        <w:t>Trubaduuri Tuomas Lehto tunnetaan myös lempinimellä Mr. Sunshine. Lempinimi juontaa juurensa miehen esitysten hyväntuulisuuteen ja iloisuuteen ja s...</w:t>
      </w:r>
    </w:p>
    <w:p>
      <w:r>
        <w:t>Liput 5 €, sis. lasillinen Vierulan tilan mansikkakuohujuomaa (alkoholiton). Lippuvaraukset Makasiinin Puoti &amp; Kahvilasta. Avoinna su-to klo 10-17, pe-la klo 10-21.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