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23.7.2020 torstai</w:t>
      </w:r>
    </w:p>
    <w:p>
      <w:pPr>
        <w:pStyle w:val="Heading1"/>
      </w:pPr>
      <w:r>
        <w:t>23.7.2020 torstai</w:t>
      </w:r>
    </w:p>
    <w:p>
      <w:pPr>
        <w:pStyle w:val="Heading2"/>
      </w:pPr>
      <w:r>
        <w:t>16:00-17:00 MiniMenot: Runoiltapäivä - lavarunoilija Juho Kuusi</w:t>
      </w:r>
    </w:p>
    <w:p>
      <w:r>
        <w:t>Juho Kuusi on runoilija, lavarunoilija, suunsoittaja, veli, eno, toveri, ystävä, ihminen. Juho on esiintynyt reilun 10 vuoden ajan. Hän on voittanu...</w:t>
      </w:r>
    </w:p>
    <w:p>
      <w:r>
        <w:t>Pöytäseuruelippu (4 hlö) 28€, sisältää kahvin ja makean. Myydään vain pöydittäin. Lippuvaraukset ennakkoon: linkkumylly@linkkumylly.fi, 040 522 2293 (Leila) tai 050 449 3002 (Ari)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