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Rantaravintola Kurkiniemi</w:t>
      </w:r>
    </w:p>
    <w:p>
      <w:r>
        <w:t>24.7.2020 perjantai</w:t>
      </w:r>
    </w:p>
    <w:p>
      <w:pPr>
        <w:pStyle w:val="Heading1"/>
      </w:pPr>
      <w:r>
        <w:t>24.7.2020 perjantai</w:t>
      </w:r>
    </w:p>
    <w:p>
      <w:pPr>
        <w:pStyle w:val="Heading2"/>
      </w:pPr>
      <w:r>
        <w:t>18:00-19:00 MiniMenot: Laula kanssain - yhteislauluja Jari Puhakan kanssa</w:t>
      </w:r>
    </w:p>
    <w:p>
      <w:r>
        <w:t>Laula kanssain on yhteislaulumatinea, jossa pääsee laulamaan kaiken kansan tuntemia ja rakastamia ikivihreitä sävelmiä Kotkan ruususta Dingon hitte...</w:t>
      </w:r>
    </w:p>
    <w:p>
      <w:r>
        <w:t>Liput 5 €, sis. iltakahvit. Lippuvaraukset ennakkoon Kurkiniemestä.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