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20.6.2020 lauantai</w:t>
      </w:r>
    </w:p>
    <w:p>
      <w:pPr>
        <w:pStyle w:val="Heading1"/>
      </w:pPr>
      <w:r>
        <w:t>20.6.2020-9.8.2020</w:t>
      </w:r>
    </w:p>
    <w:p>
      <w:pPr>
        <w:pStyle w:val="Heading2"/>
      </w:pPr>
      <w:r>
        <w:t>11:00-17:00 Mäntyharjun museon kesä 2020</w:t>
      </w:r>
    </w:p>
    <w:p>
      <w:r>
        <w:t xml:space="preserve">Avoinna 20.6.-9.8.2020, ma-ti suljettu, ke-su klo 11-17 </w:t>
        <w:br/>
        <w:br/>
        <w:br/>
        <w:br/>
        <w:t>Teemanäyttely Muuttuva Mäntyharju esittelee muuttuvaa asuinympäristöä aina 1920-luvulta...</w:t>
      </w:r>
    </w:p>
    <w:p>
      <w:r>
        <w:t xml:space="preserve">Liput 5/3 €, museokortti käy.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