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23.6.2020 tiistai</w:t>
      </w:r>
    </w:p>
    <w:p>
      <w:pPr>
        <w:pStyle w:val="Heading1"/>
      </w:pPr>
      <w:r>
        <w:t>23.6.2020 tiistai</w:t>
      </w:r>
    </w:p>
    <w:p>
      <w:pPr>
        <w:pStyle w:val="Heading2"/>
      </w:pPr>
      <w:r>
        <w:t>12:00-15:00 Nuokku Goes Ipis</w:t>
      </w:r>
    </w:p>
    <w:p>
      <w:r>
        <w:t>Nuokku goes Ipis! Kesätekemistä nuorille.</w:t>
        <w:br/>
        <w:br/>
        <w:br/>
        <w:br/>
        <w:t>Mäntyharjun nuorisopalvelut jalkautuu nuoriso-ohjaaja Kallen johdolla Iso-Pappilan museoalueelle. Ohje...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