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29.7.2020 keskiviikko</w:t>
      </w:r>
    </w:p>
    <w:p>
      <w:pPr>
        <w:pStyle w:val="Heading1"/>
      </w:pPr>
      <w:r>
        <w:t>29.7.2020 keskiviikko</w:t>
      </w:r>
    </w:p>
    <w:p>
      <w:pPr>
        <w:pStyle w:val="Heading2"/>
      </w:pPr>
      <w:r>
        <w:t>18:00-20:00 Avec Jorma Uotinen</w:t>
      </w:r>
    </w:p>
    <w:p>
      <w:r>
        <w:t>Luvassa on anekdootteja elämästä, puhetta taiteilijuudesta, Pariisin vuosista, ajan vääjäämättömästä kulusta, elämästä ilolla ja innostuksella. Pia...</w:t>
      </w:r>
    </w:p>
    <w:p>
      <w:r>
        <w:t>40/50€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