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26.6.2020 perjantai</w:t>
      </w:r>
    </w:p>
    <w:p>
      <w:pPr>
        <w:pStyle w:val="Heading1"/>
      </w:pPr>
      <w:r>
        <w:t>26.6.2020 perjantai</w:t>
      </w:r>
    </w:p>
    <w:p>
      <w:pPr>
        <w:pStyle w:val="Heading2"/>
      </w:pPr>
      <w:r>
        <w:t>18:00-21:00 Duo Elämän Kulkurit - musiikki-ilta tunnelmallisella Makasiinilla</w:t>
      </w:r>
    </w:p>
    <w:p>
      <w:r>
        <w:t>Duo Elämän kulkurit soittaa perinteistä ns. vanhaa tanssimusiikkia - valsseja, tangoja, foxeja, humppaa. Tule mukaan kuuntelemaan - tanssia voip om...</w:t>
      </w:r>
    </w:p>
    <w:p>
      <w:r>
        <w:t>10 euroa - lippuja voi ostaa Makasiinilta (avoinna su-to 10-17 &amp; pe-la 10-21). Lipun hinta sisältää Vierulan alkoholittoman kuoharin.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