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Kissakosken tehdas</w:t>
      </w:r>
    </w:p>
    <w:p>
      <w:r>
        <w:t>26.6.2020 perjantai</w:t>
      </w:r>
    </w:p>
    <w:p>
      <w:pPr>
        <w:pStyle w:val="Heading1"/>
      </w:pPr>
      <w:r>
        <w:t>26.6.2020-1.8.2020</w:t>
      </w:r>
    </w:p>
    <w:p>
      <w:pPr>
        <w:pStyle w:val="Heading2"/>
      </w:pPr>
      <w:r>
        <w:t>10:00-16:00 Kissakosken sähkönäyttely avoinna pe-la 26.6. – 1.8.2020</w:t>
      </w:r>
    </w:p>
    <w:p>
      <w:r>
        <w:t>Lumme Energia tarjoaa tänäkin kesänä mahdollisuuden tutustua historialliseen tehdasmiljööseen luonnonkauniin Puulaveden rannalla Hirvensalmella. Ki...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