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Toivolan koulu, Mäntyharju</w:t>
      </w:r>
    </w:p>
    <w:p>
      <w:r>
        <w:t>14.7.2020 tiistai</w:t>
      </w:r>
    </w:p>
    <w:p>
      <w:pPr>
        <w:pStyle w:val="Heading1"/>
      </w:pPr>
      <w:r>
        <w:t>14.7.2020 tiistai</w:t>
      </w:r>
    </w:p>
    <w:p>
      <w:pPr>
        <w:pStyle w:val="Heading2"/>
      </w:pPr>
      <w:r>
        <w:t>10:00-12:00 Lasten kädentaitopaja</w:t>
      </w:r>
    </w:p>
    <w:p>
      <w:r>
        <w:t>Lasten kädentaitopaja Toivolassa koulun pihalla klo 10-12. Tehdään yhdessä kesäisiä kädentaitoja, aiheena kivi.</w:t>
        <w:br/>
        <w:br/>
        <w:br/>
        <w:br/>
        <w:t>Ensisijassa kouluikäisille lapsi...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