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24.7.2020 perjantai</w:t>
      </w:r>
    </w:p>
    <w:p>
      <w:pPr>
        <w:pStyle w:val="Heading1"/>
      </w:pPr>
      <w:r>
        <w:t>24.7.2020 perjantai</w:t>
      </w:r>
    </w:p>
    <w:p>
      <w:pPr>
        <w:pStyle w:val="Heading2"/>
      </w:pPr>
      <w:r>
        <w:t>18:00-22:00 Disco - kasari&amp;ysärimusaa (Pump up the jam!)</w:t>
      </w:r>
    </w:p>
    <w:p>
      <w:r>
        <w:t>Tervetuloa Mäntyharjuun Makasiinille Discoon pe 24.7 kello 18-22! Dj Max tarjoilee parhaita kasari ja ysärihittejä. Tervetuloa kuuntelemaan 80-luvu...</w:t>
      </w:r>
    </w:p>
    <w:p>
      <w:r>
        <w:t>Lippu 25€ sisältää Vierulan alkoholittoman kuoharin.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