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2.8.2020 sunnuntai</w:t>
      </w:r>
    </w:p>
    <w:p>
      <w:pPr>
        <w:pStyle w:val="Heading1"/>
      </w:pPr>
      <w:r>
        <w:t>2.8.2020 sunnuntai</w:t>
      </w:r>
    </w:p>
    <w:p>
      <w:pPr>
        <w:pStyle w:val="Heading2"/>
      </w:pPr>
      <w:r>
        <w:t>12:00-15:00 MLL perinteinen torikirppis</w:t>
      </w:r>
    </w:p>
    <w:p>
      <w:r>
        <w:t>Vielä on kesää jäljellä ja rajoitukset antavat myöten järjestää perinteisen torikirppiksen!</w:t>
        <w:br/>
        <w:br/>
        <w:br/>
        <w:br/>
        <w:t>Torikirppis Mäntyharjun torilla 2.8 klo 12-15, myyjä...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