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5.8.2020 keskiviikko</w:t>
      </w:r>
    </w:p>
    <w:p>
      <w:pPr>
        <w:pStyle w:val="Heading1"/>
      </w:pPr>
      <w:r>
        <w:t>5.8.2020 keskiviikko</w:t>
      </w:r>
    </w:p>
    <w:p>
      <w:pPr>
        <w:pStyle w:val="Heading2"/>
      </w:pPr>
      <w:r>
        <w:t>14:30-15:00 Pelimanniduo Teemu &amp; Lilja</w:t>
      </w:r>
    </w:p>
    <w:p>
      <w:r>
        <w:t>Teemu ja Lilja on valkealalainen, melkein vahingossa perustettu</w:t>
        <w:br/>
        <w:br/>
        <w:t>pelimanniduo. Duossa soittavat Haimin perheen 40-vuotias isä ja 9-vuotias tytär. 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