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14:00-15:00 Laula kanssain - yhteislaulumatinea</w:t>
      </w:r>
    </w:p>
    <w:p>
      <w:r>
        <w:t>Laula kanssain on tunnin mittainen yhteislaulumatinea</w:t>
      </w:r>
    </w:p>
    <w:p>
      <w:r>
        <w:t>Vapaa päsy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