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melontakeskus, asematie 10 Mäntyharju</w:t>
      </w:r>
    </w:p>
    <w:p>
      <w:r>
        <w:t>27.7.2022 keskiviikko</w:t>
      </w:r>
    </w:p>
    <w:p>
      <w:pPr>
        <w:pStyle w:val="Heading1"/>
      </w:pPr>
      <w:r>
        <w:t>27.7.2022 keskiviikko</w:t>
      </w:r>
    </w:p>
    <w:p>
      <w:pPr>
        <w:pStyle w:val="Heading2"/>
      </w:pPr>
      <w:r>
        <w:t>17:30-20:30 Ohjatut iltamelonnat Mäntyharjun keskustassa</w:t>
      </w:r>
    </w:p>
    <w:p>
      <w:r>
        <w:t>Ohjatut melonnat 3 h</w:t>
        <w:br/>
        <w:br/>
        <w:t>55 €/hlö (sis. varusteet, opastus)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