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Hartola Golf</w:t>
      </w:r>
    </w:p>
    <w:p>
      <w:r>
        <w:t>6.7.2022 keskiviikko</w:t>
      </w:r>
    </w:p>
    <w:p>
      <w:pPr>
        <w:pStyle w:val="Heading1"/>
      </w:pPr>
      <w:r>
        <w:t>6.7.2022 keskiviikko</w:t>
      </w:r>
    </w:p>
    <w:p>
      <w:pPr>
        <w:pStyle w:val="Heading2"/>
      </w:pPr>
      <w:r>
        <w:t>Vola-Open</w:t>
      </w:r>
    </w:p>
    <w:p>
      <w:r>
        <w:t>Kaikille avoin golfkilpailu, jonka yhteydessä ratkotaan Mäntyharjun ja Pertunmaam golfmestarit vuodelle 2022.</w:t>
      </w:r>
    </w:p>
    <w:p>
      <w:r>
        <w:t>Hinta 60€, pelioikeudella 20€, sisältää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