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11.7.2022 maanantai</w:t>
      </w:r>
    </w:p>
    <w:p>
      <w:pPr>
        <w:pStyle w:val="Heading1"/>
      </w:pPr>
      <w:r>
        <w:t>11.7.2022 maanantai</w:t>
      </w:r>
    </w:p>
    <w:p>
      <w:pPr>
        <w:pStyle w:val="Heading2"/>
      </w:pPr>
      <w:r>
        <w:t>10:30-11:15 Aamupilates</w:t>
      </w:r>
    </w:p>
    <w:p>
      <w:r>
        <w:t xml:space="preserve">Kehon ja mielen hallintaa keskittyvä tunti. </w:t>
      </w:r>
    </w:p>
    <w:p>
      <w:r>
        <w:t>Osallistuminen onnistuu kertamaksulla 6 € jäsen, 9 € ei jäsen tai 10-kortilla (vain jäsenet). Jäsenmaksu 15 € (jos haluat liittyä seuran jäseneksi).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