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Tuustaipaleen Luontohotelli, Tuustaipaleentie 720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10:00-16:00 Hermannilta heinään - MTK Mäntyharju 100 vuotta</w:t>
      </w:r>
    </w:p>
    <w:p>
      <w:r>
        <w:t>MTK Mäntyharju täyttää 100 vuotta. Tervetuloa koko kansan heinähässäkkään.</w:t>
        <w:br/>
        <w:br/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