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23.7.2022 lauantai</w:t>
      </w:r>
    </w:p>
    <w:p>
      <w:pPr>
        <w:pStyle w:val="Heading1"/>
      </w:pPr>
      <w:r>
        <w:t>23.7.2022 lauantai</w:t>
      </w:r>
    </w:p>
    <w:p>
      <w:pPr>
        <w:pStyle w:val="Heading2"/>
      </w:pPr>
      <w:r>
        <w:t>15:00-16:45 Vierailuesitys Koirakiven kesäteatterilla: Summertaim Säädness - Vielä on kesä jäljellä</w:t>
      </w:r>
    </w:p>
    <w:p>
      <w:r>
        <w:t xml:space="preserve">Heinäteatteri vierailee heinäkuussa 2022 Koirakiven kesäteatterissa Mäntyharjulla täysin uuden kesäteatteriesityksen kera! </w:t>
      </w:r>
    </w:p>
    <w:p>
      <w:r>
        <w:t>Peruslippu 19€</w:t>
        <w:br/>
        <w:t>Alelippu 15€ (Eläkeläiset, opiskelijat)</w:t>
        <w:br/>
        <w:t>Alle 12-vuotiaat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