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Kisala Mäntyharju</w:t>
      </w:r>
    </w:p>
    <w:p>
      <w:r>
        <w:t>27.7.2022 keskiviikko</w:t>
      </w:r>
    </w:p>
    <w:p>
      <w:pPr>
        <w:pStyle w:val="Heading1"/>
      </w:pPr>
      <w:r>
        <w:t>27.7.2022 keskiviikko</w:t>
      </w:r>
    </w:p>
    <w:p>
      <w:pPr>
        <w:pStyle w:val="Heading2"/>
      </w:pPr>
      <w:r>
        <w:t>12:00-14:00 Taidetta luonnosta -paja lapsille ja perheille Metsäleikkipuistossa</w:t>
      </w:r>
    </w:p>
    <w:p>
      <w:r>
        <w:t xml:space="preserve">4H:n Taidetta luonnosta -pop up -paja lapsille ja perheille Metsäleikkipuistossa. Ei ennakkoilmoittautumista.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