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13.6.2022 maanantai</w:t>
      </w:r>
    </w:p>
    <w:p>
      <w:pPr>
        <w:pStyle w:val="Heading1"/>
      </w:pPr>
      <w:r>
        <w:t>13.6.2022-17.6.2022</w:t>
      </w:r>
    </w:p>
    <w:p>
      <w:pPr>
        <w:pStyle w:val="Heading2"/>
      </w:pPr>
      <w:r>
        <w:t>09:00-15:00 MäVi-leiri</w:t>
      </w:r>
    </w:p>
    <w:p>
      <w:r>
        <w:t>Mäntyharjun Virkistyksen järjestämä liikuntaleiri on suunnattu 7-12 -vuotiaille tytöille ja pojille.</w:t>
      </w:r>
    </w:p>
    <w:p>
      <w:r>
        <w:t>Ilmoittautuminen 31.5. mennessä:</w:t>
        <w:br/>
        <w:t>1 pv 27€</w:t>
        <w:br/>
        <w:t>2 pv 45€</w:t>
        <w:br/>
        <w:t>3 pv 60€</w:t>
        <w:br/>
        <w:t>4 pv 76€</w:t>
        <w:br/>
        <w:t>5 pv 90 €</w:t>
        <w:br/>
        <w:br/>
        <w:t>Ilmoittautuminen 1.-6.6.:</w:t>
        <w:br/>
        <w:t>1 pv 30 €</w:t>
        <w:br/>
        <w:t>2 pv 50 €</w:t>
        <w:br/>
        <w:t>3 pv 67 €</w:t>
        <w:br/>
        <w:t>4 pv 85 €</w:t>
        <w:br/>
        <w:t>5 pv 100 €</w:t>
        <w:br/>
        <w:br/>
        <w:t>Leirin hinta sisältää ennalta suunnitellun ohjelman, lounaan ja välipalan.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