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Askel-tehdas, Pyhävedentie 20</w:t>
      </w:r>
    </w:p>
    <w:p>
      <w:r>
        <w:t>6.6.2022 maanantai</w:t>
      </w:r>
    </w:p>
    <w:p>
      <w:pPr>
        <w:pStyle w:val="Heading1"/>
      </w:pPr>
      <w:r>
        <w:t>6.6.2022-10.6.2022</w:t>
      </w:r>
    </w:p>
    <w:p>
      <w:pPr>
        <w:pStyle w:val="Heading2"/>
      </w:pPr>
      <w:r>
        <w:t>09:00-14:00 Kesäloman pajapäivät, lasten päiväleiri</w:t>
      </w:r>
    </w:p>
    <w:p>
      <w:r>
        <w:t>Kesäloman pajapäivät eli alakouluikäisten (ei eskarit) lasten kesäloman ekan viikon päiväleiri ma-pe klo 9-14.</w:t>
      </w:r>
    </w:p>
    <w:p>
      <w:r>
        <w:t>Leiripäivän hinta  10€/pv, sisaralennus -50%.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