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14:00-18:30 Born to be wild -tanssinäytös</w:t>
      </w:r>
    </w:p>
    <w:p>
      <w:r>
        <w:t>Näytöksessä esiintyvät MäVi Voimistelu- ja tanssijaosto</w:t>
      </w:r>
    </w:p>
    <w:p>
      <w:r>
        <w:t>Pääsyliput:</w:t>
        <w:br/>
        <w:t>Aikuiset - 10 €</w:t>
        <w:br/>
        <w:t>Lapset 4-15 v. - 5 €</w:t>
        <w:br/>
        <w:t>Lapset 0-3 v. - 0 €</w:t>
        <w:br/>
        <w:br/>
        <w:t>HUOM! Maksu enisijaisesti kortilla tai MobilePaylla (55572).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